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19C0" w14:textId="77777777" w:rsidR="00352D5C" w:rsidRDefault="007D49D3">
      <w:pPr>
        <w:jc w:val="center"/>
      </w:pPr>
      <w:r>
        <w:rPr>
          <w:b/>
          <w:sz w:val="36"/>
        </w:rPr>
        <w:t>TRAVEL RISK MANAGEMENT FORM</w:t>
      </w:r>
    </w:p>
    <w:p w14:paraId="55BCDDB9" w14:textId="77777777" w:rsidR="00352D5C" w:rsidRDefault="007D49D3">
      <w:pPr>
        <w:pStyle w:val="Heading1"/>
      </w:pPr>
      <w:r>
        <w:t>Form A - Travel Risk Assessment (Traveller to Complete)</w:t>
      </w:r>
    </w:p>
    <w:p w14:paraId="4992EF87" w14:textId="77777777" w:rsidR="00352D5C" w:rsidRDefault="007D49D3">
      <w:r>
        <w:t>To be completed by traveller prior to appointment and returned to reception.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352D5C" w14:paraId="495A5C8E" w14:textId="77777777">
        <w:tc>
          <w:tcPr>
            <w:tcW w:w="4320" w:type="dxa"/>
          </w:tcPr>
          <w:p w14:paraId="24FBE869" w14:textId="77777777" w:rsidR="00352D5C" w:rsidRDefault="007D49D3">
            <w:r>
              <w:t>Title (Mr/Mrs/Miss/Ms/Other)</w:t>
            </w:r>
          </w:p>
        </w:tc>
        <w:tc>
          <w:tcPr>
            <w:tcW w:w="4320" w:type="dxa"/>
          </w:tcPr>
          <w:p w14:paraId="6F0FB9DE" w14:textId="77777777" w:rsidR="00352D5C" w:rsidRDefault="00352D5C"/>
        </w:tc>
      </w:tr>
      <w:tr w:rsidR="00352D5C" w14:paraId="11436D94" w14:textId="77777777">
        <w:tc>
          <w:tcPr>
            <w:tcW w:w="4320" w:type="dxa"/>
          </w:tcPr>
          <w:p w14:paraId="2A9D846F" w14:textId="77777777" w:rsidR="00352D5C" w:rsidRDefault="007D49D3">
            <w:r>
              <w:t>Forename(s)</w:t>
            </w:r>
          </w:p>
        </w:tc>
        <w:tc>
          <w:tcPr>
            <w:tcW w:w="4320" w:type="dxa"/>
          </w:tcPr>
          <w:p w14:paraId="77EE6FC9" w14:textId="77777777" w:rsidR="00352D5C" w:rsidRDefault="00352D5C"/>
        </w:tc>
      </w:tr>
      <w:tr w:rsidR="00352D5C" w14:paraId="5080FC08" w14:textId="77777777">
        <w:tc>
          <w:tcPr>
            <w:tcW w:w="4320" w:type="dxa"/>
          </w:tcPr>
          <w:p w14:paraId="62CF8E78" w14:textId="77777777" w:rsidR="00352D5C" w:rsidRDefault="007D49D3">
            <w:r>
              <w:t>Surname</w:t>
            </w:r>
          </w:p>
        </w:tc>
        <w:tc>
          <w:tcPr>
            <w:tcW w:w="4320" w:type="dxa"/>
          </w:tcPr>
          <w:p w14:paraId="4F998B47" w14:textId="77777777" w:rsidR="00352D5C" w:rsidRDefault="00352D5C"/>
        </w:tc>
      </w:tr>
      <w:tr w:rsidR="00352D5C" w14:paraId="65343937" w14:textId="77777777">
        <w:tc>
          <w:tcPr>
            <w:tcW w:w="4320" w:type="dxa"/>
          </w:tcPr>
          <w:p w14:paraId="7F51A58E" w14:textId="77777777" w:rsidR="00352D5C" w:rsidRDefault="007D49D3">
            <w:r>
              <w:t>Date of Birth</w:t>
            </w:r>
          </w:p>
        </w:tc>
        <w:tc>
          <w:tcPr>
            <w:tcW w:w="4320" w:type="dxa"/>
          </w:tcPr>
          <w:p w14:paraId="7A4932F1" w14:textId="77777777" w:rsidR="00352D5C" w:rsidRDefault="00352D5C"/>
        </w:tc>
      </w:tr>
      <w:tr w:rsidR="00352D5C" w14:paraId="46C60CEC" w14:textId="77777777">
        <w:tc>
          <w:tcPr>
            <w:tcW w:w="4320" w:type="dxa"/>
          </w:tcPr>
          <w:p w14:paraId="1F83E1F4" w14:textId="77777777" w:rsidR="00352D5C" w:rsidRDefault="007D49D3">
            <w:r>
              <w:t>Address (including postcode)</w:t>
            </w:r>
          </w:p>
        </w:tc>
        <w:tc>
          <w:tcPr>
            <w:tcW w:w="4320" w:type="dxa"/>
          </w:tcPr>
          <w:p w14:paraId="2180017E" w14:textId="77777777" w:rsidR="00352D5C" w:rsidRDefault="00352D5C"/>
        </w:tc>
      </w:tr>
      <w:tr w:rsidR="00352D5C" w14:paraId="1E2C7F0A" w14:textId="77777777">
        <w:tc>
          <w:tcPr>
            <w:tcW w:w="4320" w:type="dxa"/>
          </w:tcPr>
          <w:p w14:paraId="36EAA4E2" w14:textId="77777777" w:rsidR="00352D5C" w:rsidRDefault="007D49D3">
            <w:r>
              <w:t>Telephone/Mobile Number</w:t>
            </w:r>
          </w:p>
        </w:tc>
        <w:tc>
          <w:tcPr>
            <w:tcW w:w="4320" w:type="dxa"/>
          </w:tcPr>
          <w:p w14:paraId="62C44233" w14:textId="77777777" w:rsidR="00352D5C" w:rsidRDefault="00352D5C"/>
        </w:tc>
      </w:tr>
      <w:tr w:rsidR="00352D5C" w14:paraId="6E16E77B" w14:textId="77777777">
        <w:tc>
          <w:tcPr>
            <w:tcW w:w="4320" w:type="dxa"/>
          </w:tcPr>
          <w:p w14:paraId="2C125450" w14:textId="77777777" w:rsidR="00352D5C" w:rsidRDefault="007D49D3">
            <w:r>
              <w:t>Email</w:t>
            </w:r>
          </w:p>
        </w:tc>
        <w:tc>
          <w:tcPr>
            <w:tcW w:w="4320" w:type="dxa"/>
          </w:tcPr>
          <w:p w14:paraId="563944F2" w14:textId="77777777" w:rsidR="00352D5C" w:rsidRDefault="00352D5C"/>
        </w:tc>
      </w:tr>
      <w:tr w:rsidR="00352D5C" w14:paraId="7B03F73E" w14:textId="77777777">
        <w:tc>
          <w:tcPr>
            <w:tcW w:w="4320" w:type="dxa"/>
          </w:tcPr>
          <w:p w14:paraId="7FBB4547" w14:textId="77777777" w:rsidR="00352D5C" w:rsidRDefault="007D49D3">
            <w:r>
              <w:t>Date of Departure</w:t>
            </w:r>
          </w:p>
        </w:tc>
        <w:tc>
          <w:tcPr>
            <w:tcW w:w="4320" w:type="dxa"/>
          </w:tcPr>
          <w:p w14:paraId="4E5DAEB3" w14:textId="77777777" w:rsidR="00352D5C" w:rsidRDefault="00352D5C"/>
        </w:tc>
      </w:tr>
    </w:tbl>
    <w:p w14:paraId="62310D24" w14:textId="77777777" w:rsidR="00352D5C" w:rsidRDefault="007D49D3">
      <w:pPr>
        <w:pStyle w:val="Heading2"/>
      </w:pPr>
      <w:r>
        <w:t>Trip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352D5C" w14:paraId="72B88C83" w14:textId="77777777">
        <w:tc>
          <w:tcPr>
            <w:tcW w:w="1728" w:type="dxa"/>
          </w:tcPr>
          <w:p w14:paraId="0ED21598" w14:textId="77777777" w:rsidR="00352D5C" w:rsidRDefault="007D49D3">
            <w:r>
              <w:t>Country to be visited</w:t>
            </w:r>
          </w:p>
        </w:tc>
        <w:tc>
          <w:tcPr>
            <w:tcW w:w="1728" w:type="dxa"/>
          </w:tcPr>
          <w:p w14:paraId="2C9310D5" w14:textId="77777777" w:rsidR="00352D5C" w:rsidRDefault="007D49D3">
            <w:r>
              <w:t>Exact location/region</w:t>
            </w:r>
          </w:p>
        </w:tc>
        <w:tc>
          <w:tcPr>
            <w:tcW w:w="1728" w:type="dxa"/>
          </w:tcPr>
          <w:p w14:paraId="20F98017" w14:textId="77777777" w:rsidR="00352D5C" w:rsidRDefault="007D49D3">
            <w:r>
              <w:t>City or Rural</w:t>
            </w:r>
          </w:p>
        </w:tc>
        <w:tc>
          <w:tcPr>
            <w:tcW w:w="1728" w:type="dxa"/>
          </w:tcPr>
          <w:p w14:paraId="1EB3BB7D" w14:textId="77777777" w:rsidR="00352D5C" w:rsidRDefault="007D49D3">
            <w:r>
              <w:t>Length of Stay</w:t>
            </w:r>
          </w:p>
        </w:tc>
        <w:tc>
          <w:tcPr>
            <w:tcW w:w="1728" w:type="dxa"/>
          </w:tcPr>
          <w:p w14:paraId="702C68AC" w14:textId="77777777" w:rsidR="00352D5C" w:rsidRDefault="007D49D3">
            <w:r>
              <w:t>Notes</w:t>
            </w:r>
          </w:p>
        </w:tc>
      </w:tr>
      <w:tr w:rsidR="00352D5C" w14:paraId="5B4B9022" w14:textId="77777777">
        <w:tc>
          <w:tcPr>
            <w:tcW w:w="1728" w:type="dxa"/>
          </w:tcPr>
          <w:p w14:paraId="2CF36B83" w14:textId="77777777" w:rsidR="00352D5C" w:rsidRDefault="00352D5C"/>
        </w:tc>
        <w:tc>
          <w:tcPr>
            <w:tcW w:w="1728" w:type="dxa"/>
          </w:tcPr>
          <w:p w14:paraId="1170460D" w14:textId="77777777" w:rsidR="00352D5C" w:rsidRDefault="00352D5C"/>
        </w:tc>
        <w:tc>
          <w:tcPr>
            <w:tcW w:w="1728" w:type="dxa"/>
          </w:tcPr>
          <w:p w14:paraId="1B3C22D0" w14:textId="77777777" w:rsidR="00352D5C" w:rsidRDefault="00352D5C"/>
        </w:tc>
        <w:tc>
          <w:tcPr>
            <w:tcW w:w="1728" w:type="dxa"/>
          </w:tcPr>
          <w:p w14:paraId="6D1040FA" w14:textId="77777777" w:rsidR="00352D5C" w:rsidRDefault="00352D5C"/>
        </w:tc>
        <w:tc>
          <w:tcPr>
            <w:tcW w:w="1728" w:type="dxa"/>
          </w:tcPr>
          <w:p w14:paraId="2399B899" w14:textId="77777777" w:rsidR="00352D5C" w:rsidRDefault="00352D5C"/>
        </w:tc>
      </w:tr>
      <w:tr w:rsidR="00352D5C" w14:paraId="599C8A7C" w14:textId="77777777">
        <w:tc>
          <w:tcPr>
            <w:tcW w:w="1728" w:type="dxa"/>
          </w:tcPr>
          <w:p w14:paraId="7CE55E49" w14:textId="77777777" w:rsidR="00352D5C" w:rsidRDefault="00352D5C"/>
        </w:tc>
        <w:tc>
          <w:tcPr>
            <w:tcW w:w="1728" w:type="dxa"/>
          </w:tcPr>
          <w:p w14:paraId="065F12FB" w14:textId="77777777" w:rsidR="00352D5C" w:rsidRDefault="00352D5C"/>
        </w:tc>
        <w:tc>
          <w:tcPr>
            <w:tcW w:w="1728" w:type="dxa"/>
          </w:tcPr>
          <w:p w14:paraId="0867CF6C" w14:textId="77777777" w:rsidR="00352D5C" w:rsidRDefault="00352D5C"/>
        </w:tc>
        <w:tc>
          <w:tcPr>
            <w:tcW w:w="1728" w:type="dxa"/>
          </w:tcPr>
          <w:p w14:paraId="118D2A78" w14:textId="77777777" w:rsidR="00352D5C" w:rsidRDefault="00352D5C"/>
        </w:tc>
        <w:tc>
          <w:tcPr>
            <w:tcW w:w="1728" w:type="dxa"/>
          </w:tcPr>
          <w:p w14:paraId="6FA2F4F7" w14:textId="77777777" w:rsidR="00352D5C" w:rsidRDefault="00352D5C"/>
        </w:tc>
      </w:tr>
      <w:tr w:rsidR="00352D5C" w14:paraId="05AE27B3" w14:textId="77777777">
        <w:tc>
          <w:tcPr>
            <w:tcW w:w="1728" w:type="dxa"/>
          </w:tcPr>
          <w:p w14:paraId="6579A078" w14:textId="77777777" w:rsidR="00352D5C" w:rsidRDefault="00352D5C"/>
        </w:tc>
        <w:tc>
          <w:tcPr>
            <w:tcW w:w="1728" w:type="dxa"/>
          </w:tcPr>
          <w:p w14:paraId="060E0B3E" w14:textId="77777777" w:rsidR="00352D5C" w:rsidRDefault="00352D5C"/>
        </w:tc>
        <w:tc>
          <w:tcPr>
            <w:tcW w:w="1728" w:type="dxa"/>
          </w:tcPr>
          <w:p w14:paraId="63D1EF5C" w14:textId="77777777" w:rsidR="00352D5C" w:rsidRDefault="00352D5C"/>
        </w:tc>
        <w:tc>
          <w:tcPr>
            <w:tcW w:w="1728" w:type="dxa"/>
          </w:tcPr>
          <w:p w14:paraId="07D89237" w14:textId="77777777" w:rsidR="00352D5C" w:rsidRDefault="00352D5C"/>
        </w:tc>
        <w:tc>
          <w:tcPr>
            <w:tcW w:w="1728" w:type="dxa"/>
          </w:tcPr>
          <w:p w14:paraId="1A6DE9C7" w14:textId="77777777" w:rsidR="00352D5C" w:rsidRDefault="00352D5C"/>
        </w:tc>
      </w:tr>
      <w:tr w:rsidR="00352D5C" w14:paraId="28E4C8FD" w14:textId="77777777">
        <w:tc>
          <w:tcPr>
            <w:tcW w:w="1728" w:type="dxa"/>
          </w:tcPr>
          <w:p w14:paraId="0535BE8B" w14:textId="77777777" w:rsidR="00352D5C" w:rsidRDefault="00352D5C"/>
        </w:tc>
        <w:tc>
          <w:tcPr>
            <w:tcW w:w="1728" w:type="dxa"/>
          </w:tcPr>
          <w:p w14:paraId="79DB9D07" w14:textId="77777777" w:rsidR="00352D5C" w:rsidRDefault="00352D5C"/>
        </w:tc>
        <w:tc>
          <w:tcPr>
            <w:tcW w:w="1728" w:type="dxa"/>
          </w:tcPr>
          <w:p w14:paraId="79242122" w14:textId="77777777" w:rsidR="00352D5C" w:rsidRDefault="00352D5C"/>
        </w:tc>
        <w:tc>
          <w:tcPr>
            <w:tcW w:w="1728" w:type="dxa"/>
          </w:tcPr>
          <w:p w14:paraId="7A17FE79" w14:textId="77777777" w:rsidR="00352D5C" w:rsidRDefault="00352D5C"/>
        </w:tc>
        <w:tc>
          <w:tcPr>
            <w:tcW w:w="1728" w:type="dxa"/>
          </w:tcPr>
          <w:p w14:paraId="058A622B" w14:textId="77777777" w:rsidR="00352D5C" w:rsidRDefault="00352D5C"/>
        </w:tc>
      </w:tr>
      <w:tr w:rsidR="00352D5C" w14:paraId="336A6647" w14:textId="77777777">
        <w:tc>
          <w:tcPr>
            <w:tcW w:w="1728" w:type="dxa"/>
          </w:tcPr>
          <w:p w14:paraId="6BFF62AE" w14:textId="77777777" w:rsidR="00352D5C" w:rsidRDefault="00352D5C"/>
        </w:tc>
        <w:tc>
          <w:tcPr>
            <w:tcW w:w="1728" w:type="dxa"/>
          </w:tcPr>
          <w:p w14:paraId="3F79A612" w14:textId="77777777" w:rsidR="00352D5C" w:rsidRDefault="00352D5C"/>
        </w:tc>
        <w:tc>
          <w:tcPr>
            <w:tcW w:w="1728" w:type="dxa"/>
          </w:tcPr>
          <w:p w14:paraId="38E4D9EE" w14:textId="77777777" w:rsidR="00352D5C" w:rsidRDefault="00352D5C"/>
        </w:tc>
        <w:tc>
          <w:tcPr>
            <w:tcW w:w="1728" w:type="dxa"/>
          </w:tcPr>
          <w:p w14:paraId="3E894DB0" w14:textId="77777777" w:rsidR="00352D5C" w:rsidRDefault="00352D5C"/>
        </w:tc>
        <w:tc>
          <w:tcPr>
            <w:tcW w:w="1728" w:type="dxa"/>
          </w:tcPr>
          <w:p w14:paraId="347624B1" w14:textId="77777777" w:rsidR="00352D5C" w:rsidRDefault="00352D5C"/>
        </w:tc>
      </w:tr>
    </w:tbl>
    <w:p w14:paraId="13E292AE" w14:textId="77777777" w:rsidR="00352D5C" w:rsidRDefault="007D49D3">
      <w:r>
        <w:t>Travel insurance arranged?  Yes / No</w:t>
      </w:r>
    </w:p>
    <w:p w14:paraId="7621CB5D" w14:textId="77777777" w:rsidR="00352D5C" w:rsidRDefault="007D49D3">
      <w:r>
        <w:t>Do you plan to travel abroad again in future?  Yes / No</w:t>
      </w:r>
    </w:p>
    <w:p w14:paraId="0983AACC" w14:textId="77777777" w:rsidR="00352D5C" w:rsidRDefault="007D49D3">
      <w:pPr>
        <w:pStyle w:val="Heading2"/>
      </w:pPr>
      <w:r>
        <w:t>Type and Purpose of Trip</w:t>
      </w:r>
    </w:p>
    <w:p w14:paraId="1B3BF8E7" w14:textId="1721E812" w:rsidR="00352D5C" w:rsidRDefault="007D49D3">
      <w:r>
        <w:t xml:space="preserve">Holiday </w:t>
      </w:r>
      <w:proofErr w:type="gramStart"/>
      <w:r>
        <w:t>□  Business</w:t>
      </w:r>
      <w:proofErr w:type="gramEnd"/>
      <w:r>
        <w:t xml:space="preserve"> </w:t>
      </w:r>
      <w:proofErr w:type="gramStart"/>
      <w:r>
        <w:t>□  Visiting</w:t>
      </w:r>
      <w:proofErr w:type="gramEnd"/>
      <w:r>
        <w:t xml:space="preserve"> Friends/Family </w:t>
      </w:r>
      <w:proofErr w:type="gramStart"/>
      <w:r>
        <w:t>□  Backpacking</w:t>
      </w:r>
      <w:proofErr w:type="gramEnd"/>
      <w:r>
        <w:t xml:space="preserve"> </w:t>
      </w:r>
      <w:proofErr w:type="gramStart"/>
      <w:r>
        <w:t>□  Cruise</w:t>
      </w:r>
      <w:proofErr w:type="gramEnd"/>
      <w:r>
        <w:t xml:space="preserve"> </w:t>
      </w:r>
      <w:proofErr w:type="gramStart"/>
      <w:r>
        <w:t>□  Camping</w:t>
      </w:r>
      <w:proofErr w:type="gramEnd"/>
      <w:r>
        <w:t xml:space="preserve">/Hostels </w:t>
      </w:r>
      <w:proofErr w:type="gramStart"/>
      <w:r>
        <w:t>□  Safari</w:t>
      </w:r>
      <w:proofErr w:type="gramEnd"/>
      <w:r>
        <w:t xml:space="preserve"> </w:t>
      </w:r>
      <w:proofErr w:type="gramStart"/>
      <w:r>
        <w:t>□  Adventure</w:t>
      </w:r>
      <w:proofErr w:type="gramEnd"/>
      <w:r>
        <w:t xml:space="preserve"> </w:t>
      </w:r>
      <w:proofErr w:type="gramStart"/>
      <w:r>
        <w:t>□  Volunteer</w:t>
      </w:r>
      <w:proofErr w:type="gramEnd"/>
      <w:r>
        <w:t xml:space="preserve"> Work </w:t>
      </w:r>
      <w:proofErr w:type="gramStart"/>
      <w:r>
        <w:t>□  Pilgrimage</w:t>
      </w:r>
      <w:proofErr w:type="gramEnd"/>
      <w:r>
        <w:t xml:space="preserve"> </w:t>
      </w:r>
      <w:proofErr w:type="gramStart"/>
      <w:r>
        <w:t>□  Diving</w:t>
      </w:r>
      <w:proofErr w:type="gramEnd"/>
      <w:r>
        <w:t xml:space="preserve"> </w:t>
      </w:r>
      <w:proofErr w:type="gramStart"/>
      <w:r>
        <w:t>□  Healthcare</w:t>
      </w:r>
      <w:proofErr w:type="gramEnd"/>
      <w:r>
        <w:t xml:space="preserve"> Worker </w:t>
      </w:r>
      <w:proofErr w:type="gramStart"/>
      <w:r>
        <w:t>□  Medical</w:t>
      </w:r>
      <w:proofErr w:type="gramEnd"/>
      <w:r>
        <w:t xml:space="preserve"> Tourism </w:t>
      </w:r>
      <w:proofErr w:type="gramStart"/>
      <w:r>
        <w:t>□  Expatriate</w:t>
      </w:r>
      <w:proofErr w:type="gramEnd"/>
      <w:r>
        <w:t xml:space="preserve"> □ Other </w:t>
      </w:r>
      <w:r>
        <w:t xml:space="preserve">□  </w:t>
      </w:r>
    </w:p>
    <w:p w14:paraId="067395CE" w14:textId="0B021411" w:rsidR="007D49D3" w:rsidRDefault="007D49D3">
      <w:r>
        <w:t>Additional Information:</w:t>
      </w:r>
    </w:p>
    <w:p w14:paraId="4ADD0172" w14:textId="77777777" w:rsidR="007D49D3" w:rsidRDefault="007D49D3"/>
    <w:p w14:paraId="16DB697A" w14:textId="77777777" w:rsidR="007D49D3" w:rsidRDefault="007D49D3"/>
    <w:p w14:paraId="5741E3B5" w14:textId="77777777" w:rsidR="007D49D3" w:rsidRDefault="007D49D3"/>
    <w:p w14:paraId="66C87083" w14:textId="77777777" w:rsidR="00352D5C" w:rsidRDefault="007D49D3">
      <w:pPr>
        <w:pStyle w:val="Heading2"/>
      </w:pPr>
      <w:r>
        <w:t>Personal Medical History</w:t>
      </w:r>
    </w:p>
    <w:tbl>
      <w:tblPr>
        <w:tblStyle w:val="TableGrid"/>
        <w:tblW w:w="9560" w:type="dxa"/>
        <w:tblLook w:val="04A0" w:firstRow="1" w:lastRow="0" w:firstColumn="1" w:lastColumn="0" w:noHBand="0" w:noVBand="1"/>
      </w:tblPr>
      <w:tblGrid>
        <w:gridCol w:w="3856"/>
        <w:gridCol w:w="1876"/>
        <w:gridCol w:w="1860"/>
        <w:gridCol w:w="1968"/>
      </w:tblGrid>
      <w:tr w:rsidR="00352D5C" w14:paraId="57E4879F" w14:textId="77777777" w:rsidTr="007D49D3">
        <w:trPr>
          <w:trHeight w:val="272"/>
        </w:trPr>
        <w:tc>
          <w:tcPr>
            <w:tcW w:w="3856" w:type="dxa"/>
          </w:tcPr>
          <w:p w14:paraId="32912D14" w14:textId="77777777" w:rsidR="00352D5C" w:rsidRDefault="007D49D3">
            <w:r>
              <w:t>Condition</w:t>
            </w:r>
          </w:p>
        </w:tc>
        <w:tc>
          <w:tcPr>
            <w:tcW w:w="1876" w:type="dxa"/>
          </w:tcPr>
          <w:p w14:paraId="067B29CB" w14:textId="77777777" w:rsidR="00352D5C" w:rsidRDefault="007D49D3">
            <w:r>
              <w:t>Yes</w:t>
            </w:r>
          </w:p>
        </w:tc>
        <w:tc>
          <w:tcPr>
            <w:tcW w:w="1860" w:type="dxa"/>
          </w:tcPr>
          <w:p w14:paraId="3DFEF5D6" w14:textId="77777777" w:rsidR="00352D5C" w:rsidRDefault="007D49D3">
            <w:r>
              <w:t>No</w:t>
            </w:r>
          </w:p>
        </w:tc>
        <w:tc>
          <w:tcPr>
            <w:tcW w:w="1968" w:type="dxa"/>
          </w:tcPr>
          <w:p w14:paraId="7929E935" w14:textId="77777777" w:rsidR="00352D5C" w:rsidRDefault="007D49D3">
            <w:r>
              <w:t>Details</w:t>
            </w:r>
          </w:p>
        </w:tc>
      </w:tr>
      <w:tr w:rsidR="00352D5C" w14:paraId="1A884338" w14:textId="77777777" w:rsidTr="007D49D3">
        <w:trPr>
          <w:trHeight w:val="272"/>
        </w:trPr>
        <w:tc>
          <w:tcPr>
            <w:tcW w:w="3856" w:type="dxa"/>
          </w:tcPr>
          <w:p w14:paraId="7533B1DB" w14:textId="77777777" w:rsidR="00352D5C" w:rsidRDefault="007D49D3">
            <w:r>
              <w:t>Fit and well today</w:t>
            </w:r>
          </w:p>
        </w:tc>
        <w:tc>
          <w:tcPr>
            <w:tcW w:w="1876" w:type="dxa"/>
          </w:tcPr>
          <w:p w14:paraId="5B3B0941" w14:textId="77777777" w:rsidR="00352D5C" w:rsidRDefault="00352D5C"/>
        </w:tc>
        <w:tc>
          <w:tcPr>
            <w:tcW w:w="1860" w:type="dxa"/>
          </w:tcPr>
          <w:p w14:paraId="02DEF5A2" w14:textId="77777777" w:rsidR="00352D5C" w:rsidRDefault="00352D5C"/>
        </w:tc>
        <w:tc>
          <w:tcPr>
            <w:tcW w:w="1968" w:type="dxa"/>
          </w:tcPr>
          <w:p w14:paraId="3E81F45C" w14:textId="77777777" w:rsidR="00352D5C" w:rsidRDefault="00352D5C"/>
        </w:tc>
      </w:tr>
      <w:tr w:rsidR="00352D5C" w14:paraId="7E423626" w14:textId="77777777" w:rsidTr="007D49D3">
        <w:trPr>
          <w:trHeight w:val="545"/>
        </w:trPr>
        <w:tc>
          <w:tcPr>
            <w:tcW w:w="3856" w:type="dxa"/>
          </w:tcPr>
          <w:p w14:paraId="788784FF" w14:textId="77777777" w:rsidR="00352D5C" w:rsidRDefault="007D49D3">
            <w:r>
              <w:t>Allergies including food, latex or medication</w:t>
            </w:r>
          </w:p>
        </w:tc>
        <w:tc>
          <w:tcPr>
            <w:tcW w:w="1876" w:type="dxa"/>
          </w:tcPr>
          <w:p w14:paraId="020619AF" w14:textId="77777777" w:rsidR="00352D5C" w:rsidRDefault="00352D5C"/>
        </w:tc>
        <w:tc>
          <w:tcPr>
            <w:tcW w:w="1860" w:type="dxa"/>
          </w:tcPr>
          <w:p w14:paraId="3F14098B" w14:textId="77777777" w:rsidR="00352D5C" w:rsidRDefault="00352D5C"/>
        </w:tc>
        <w:tc>
          <w:tcPr>
            <w:tcW w:w="1968" w:type="dxa"/>
          </w:tcPr>
          <w:p w14:paraId="7EBEF176" w14:textId="77777777" w:rsidR="00352D5C" w:rsidRDefault="00352D5C"/>
        </w:tc>
      </w:tr>
      <w:tr w:rsidR="00352D5C" w14:paraId="76C48B43" w14:textId="77777777" w:rsidTr="007D49D3">
        <w:trPr>
          <w:trHeight w:val="272"/>
        </w:trPr>
        <w:tc>
          <w:tcPr>
            <w:tcW w:w="3856" w:type="dxa"/>
          </w:tcPr>
          <w:p w14:paraId="4D243A6D" w14:textId="77777777" w:rsidR="00352D5C" w:rsidRDefault="007D49D3">
            <w:r>
              <w:t>Severe reaction to vaccine before</w:t>
            </w:r>
          </w:p>
        </w:tc>
        <w:tc>
          <w:tcPr>
            <w:tcW w:w="1876" w:type="dxa"/>
          </w:tcPr>
          <w:p w14:paraId="01E253B9" w14:textId="77777777" w:rsidR="00352D5C" w:rsidRDefault="00352D5C"/>
        </w:tc>
        <w:tc>
          <w:tcPr>
            <w:tcW w:w="1860" w:type="dxa"/>
          </w:tcPr>
          <w:p w14:paraId="62B297CD" w14:textId="77777777" w:rsidR="00352D5C" w:rsidRDefault="00352D5C"/>
        </w:tc>
        <w:tc>
          <w:tcPr>
            <w:tcW w:w="1968" w:type="dxa"/>
          </w:tcPr>
          <w:p w14:paraId="78768B22" w14:textId="77777777" w:rsidR="00352D5C" w:rsidRDefault="00352D5C"/>
        </w:tc>
      </w:tr>
      <w:tr w:rsidR="00352D5C" w14:paraId="57E02024" w14:textId="77777777" w:rsidTr="007D49D3">
        <w:trPr>
          <w:trHeight w:val="256"/>
        </w:trPr>
        <w:tc>
          <w:tcPr>
            <w:tcW w:w="3856" w:type="dxa"/>
          </w:tcPr>
          <w:p w14:paraId="6D1F898A" w14:textId="77777777" w:rsidR="00352D5C" w:rsidRDefault="007D49D3">
            <w:r>
              <w:t>Tendency to faint with injections</w:t>
            </w:r>
          </w:p>
        </w:tc>
        <w:tc>
          <w:tcPr>
            <w:tcW w:w="1876" w:type="dxa"/>
          </w:tcPr>
          <w:p w14:paraId="6DEC6B3E" w14:textId="77777777" w:rsidR="00352D5C" w:rsidRDefault="00352D5C"/>
        </w:tc>
        <w:tc>
          <w:tcPr>
            <w:tcW w:w="1860" w:type="dxa"/>
          </w:tcPr>
          <w:p w14:paraId="21DB09F5" w14:textId="77777777" w:rsidR="00352D5C" w:rsidRDefault="00352D5C"/>
        </w:tc>
        <w:tc>
          <w:tcPr>
            <w:tcW w:w="1968" w:type="dxa"/>
          </w:tcPr>
          <w:p w14:paraId="6B19CD26" w14:textId="77777777" w:rsidR="00352D5C" w:rsidRDefault="00352D5C"/>
        </w:tc>
      </w:tr>
      <w:tr w:rsidR="00352D5C" w14:paraId="202DE709" w14:textId="77777777" w:rsidTr="007D49D3">
        <w:trPr>
          <w:trHeight w:val="545"/>
        </w:trPr>
        <w:tc>
          <w:tcPr>
            <w:tcW w:w="3856" w:type="dxa"/>
          </w:tcPr>
          <w:p w14:paraId="4C3DF04D" w14:textId="77777777" w:rsidR="00352D5C" w:rsidRDefault="007D49D3">
            <w:r>
              <w:lastRenderedPageBreak/>
              <w:t>Previous surgery (including spleen/thymus removal)</w:t>
            </w:r>
          </w:p>
        </w:tc>
        <w:tc>
          <w:tcPr>
            <w:tcW w:w="1876" w:type="dxa"/>
          </w:tcPr>
          <w:p w14:paraId="7F389109" w14:textId="77777777" w:rsidR="00352D5C" w:rsidRDefault="00352D5C"/>
        </w:tc>
        <w:tc>
          <w:tcPr>
            <w:tcW w:w="1860" w:type="dxa"/>
          </w:tcPr>
          <w:p w14:paraId="38210905" w14:textId="77777777" w:rsidR="00352D5C" w:rsidRDefault="00352D5C"/>
        </w:tc>
        <w:tc>
          <w:tcPr>
            <w:tcW w:w="1968" w:type="dxa"/>
          </w:tcPr>
          <w:p w14:paraId="6663DD4E" w14:textId="77777777" w:rsidR="00352D5C" w:rsidRDefault="00352D5C"/>
        </w:tc>
      </w:tr>
      <w:tr w:rsidR="00352D5C" w14:paraId="364EC3DF" w14:textId="77777777" w:rsidTr="007D49D3">
        <w:trPr>
          <w:trHeight w:val="817"/>
        </w:trPr>
        <w:tc>
          <w:tcPr>
            <w:tcW w:w="3856" w:type="dxa"/>
          </w:tcPr>
          <w:p w14:paraId="1C04F4C0" w14:textId="77777777" w:rsidR="00352D5C" w:rsidRDefault="007D49D3">
            <w:r>
              <w:t>Recent chemotherapy/radiotherapy/organ transplant</w:t>
            </w:r>
          </w:p>
        </w:tc>
        <w:tc>
          <w:tcPr>
            <w:tcW w:w="1876" w:type="dxa"/>
          </w:tcPr>
          <w:p w14:paraId="052E313C" w14:textId="77777777" w:rsidR="00352D5C" w:rsidRDefault="00352D5C"/>
        </w:tc>
        <w:tc>
          <w:tcPr>
            <w:tcW w:w="1860" w:type="dxa"/>
          </w:tcPr>
          <w:p w14:paraId="58238936" w14:textId="77777777" w:rsidR="00352D5C" w:rsidRDefault="00352D5C"/>
        </w:tc>
        <w:tc>
          <w:tcPr>
            <w:tcW w:w="1968" w:type="dxa"/>
          </w:tcPr>
          <w:p w14:paraId="6653C238" w14:textId="77777777" w:rsidR="00352D5C" w:rsidRDefault="00352D5C"/>
        </w:tc>
      </w:tr>
      <w:tr w:rsidR="00352D5C" w14:paraId="30C1C1FF" w14:textId="77777777" w:rsidTr="007D49D3">
        <w:trPr>
          <w:trHeight w:val="272"/>
        </w:trPr>
        <w:tc>
          <w:tcPr>
            <w:tcW w:w="3856" w:type="dxa"/>
          </w:tcPr>
          <w:p w14:paraId="06BD2093" w14:textId="77777777" w:rsidR="00352D5C" w:rsidRDefault="007D49D3">
            <w:r>
              <w:t>Anaemia</w:t>
            </w:r>
          </w:p>
        </w:tc>
        <w:tc>
          <w:tcPr>
            <w:tcW w:w="1876" w:type="dxa"/>
          </w:tcPr>
          <w:p w14:paraId="209763B9" w14:textId="77777777" w:rsidR="00352D5C" w:rsidRDefault="00352D5C"/>
        </w:tc>
        <w:tc>
          <w:tcPr>
            <w:tcW w:w="1860" w:type="dxa"/>
          </w:tcPr>
          <w:p w14:paraId="6AD96C26" w14:textId="77777777" w:rsidR="00352D5C" w:rsidRDefault="00352D5C"/>
        </w:tc>
        <w:tc>
          <w:tcPr>
            <w:tcW w:w="1968" w:type="dxa"/>
          </w:tcPr>
          <w:p w14:paraId="3216D3A2" w14:textId="77777777" w:rsidR="00352D5C" w:rsidRDefault="00352D5C"/>
        </w:tc>
      </w:tr>
      <w:tr w:rsidR="00352D5C" w14:paraId="7C59F2FA" w14:textId="77777777" w:rsidTr="007D49D3">
        <w:trPr>
          <w:trHeight w:val="545"/>
        </w:trPr>
        <w:tc>
          <w:tcPr>
            <w:tcW w:w="3856" w:type="dxa"/>
          </w:tcPr>
          <w:p w14:paraId="143C2CCE" w14:textId="77777777" w:rsidR="00352D5C" w:rsidRDefault="007D49D3">
            <w:r>
              <w:t>Bleeding/clotting disorders (including DVT)</w:t>
            </w:r>
          </w:p>
        </w:tc>
        <w:tc>
          <w:tcPr>
            <w:tcW w:w="1876" w:type="dxa"/>
          </w:tcPr>
          <w:p w14:paraId="638F9427" w14:textId="77777777" w:rsidR="00352D5C" w:rsidRDefault="00352D5C"/>
        </w:tc>
        <w:tc>
          <w:tcPr>
            <w:tcW w:w="1860" w:type="dxa"/>
          </w:tcPr>
          <w:p w14:paraId="16339AA6" w14:textId="77777777" w:rsidR="00352D5C" w:rsidRDefault="00352D5C"/>
        </w:tc>
        <w:tc>
          <w:tcPr>
            <w:tcW w:w="1968" w:type="dxa"/>
          </w:tcPr>
          <w:p w14:paraId="54C09D28" w14:textId="77777777" w:rsidR="00352D5C" w:rsidRDefault="00352D5C"/>
        </w:tc>
      </w:tr>
      <w:tr w:rsidR="00352D5C" w14:paraId="44D1192C" w14:textId="77777777" w:rsidTr="007D49D3">
        <w:trPr>
          <w:trHeight w:val="272"/>
        </w:trPr>
        <w:tc>
          <w:tcPr>
            <w:tcW w:w="3856" w:type="dxa"/>
          </w:tcPr>
          <w:p w14:paraId="21CB4CCB" w14:textId="77777777" w:rsidR="00352D5C" w:rsidRDefault="007D49D3">
            <w:r>
              <w:t>Heart disease</w:t>
            </w:r>
          </w:p>
        </w:tc>
        <w:tc>
          <w:tcPr>
            <w:tcW w:w="1876" w:type="dxa"/>
          </w:tcPr>
          <w:p w14:paraId="0F4DD7D9" w14:textId="77777777" w:rsidR="00352D5C" w:rsidRDefault="00352D5C"/>
        </w:tc>
        <w:tc>
          <w:tcPr>
            <w:tcW w:w="1860" w:type="dxa"/>
          </w:tcPr>
          <w:p w14:paraId="385E59FA" w14:textId="77777777" w:rsidR="00352D5C" w:rsidRDefault="00352D5C"/>
        </w:tc>
        <w:tc>
          <w:tcPr>
            <w:tcW w:w="1968" w:type="dxa"/>
          </w:tcPr>
          <w:p w14:paraId="16AEA3DD" w14:textId="77777777" w:rsidR="00352D5C" w:rsidRDefault="00352D5C"/>
        </w:tc>
      </w:tr>
      <w:tr w:rsidR="00352D5C" w14:paraId="7C55820A" w14:textId="77777777" w:rsidTr="007D49D3">
        <w:trPr>
          <w:trHeight w:val="272"/>
        </w:trPr>
        <w:tc>
          <w:tcPr>
            <w:tcW w:w="3856" w:type="dxa"/>
          </w:tcPr>
          <w:p w14:paraId="24BF7631" w14:textId="77777777" w:rsidR="00352D5C" w:rsidRDefault="007D49D3">
            <w:r>
              <w:t>Diabetes</w:t>
            </w:r>
          </w:p>
        </w:tc>
        <w:tc>
          <w:tcPr>
            <w:tcW w:w="1876" w:type="dxa"/>
          </w:tcPr>
          <w:p w14:paraId="6025FB08" w14:textId="77777777" w:rsidR="00352D5C" w:rsidRDefault="00352D5C"/>
        </w:tc>
        <w:tc>
          <w:tcPr>
            <w:tcW w:w="1860" w:type="dxa"/>
          </w:tcPr>
          <w:p w14:paraId="2C1C5BD1" w14:textId="77777777" w:rsidR="00352D5C" w:rsidRDefault="00352D5C"/>
        </w:tc>
        <w:tc>
          <w:tcPr>
            <w:tcW w:w="1968" w:type="dxa"/>
          </w:tcPr>
          <w:p w14:paraId="56FB28B5" w14:textId="77777777" w:rsidR="00352D5C" w:rsidRDefault="00352D5C"/>
        </w:tc>
      </w:tr>
      <w:tr w:rsidR="00352D5C" w14:paraId="11AC8A0E" w14:textId="77777777" w:rsidTr="007D49D3">
        <w:trPr>
          <w:trHeight w:val="272"/>
        </w:trPr>
        <w:tc>
          <w:tcPr>
            <w:tcW w:w="3856" w:type="dxa"/>
          </w:tcPr>
          <w:p w14:paraId="776AB51D" w14:textId="77777777" w:rsidR="00352D5C" w:rsidRDefault="007D49D3">
            <w:r>
              <w:t>Disability</w:t>
            </w:r>
          </w:p>
        </w:tc>
        <w:tc>
          <w:tcPr>
            <w:tcW w:w="1876" w:type="dxa"/>
          </w:tcPr>
          <w:p w14:paraId="53B30090" w14:textId="77777777" w:rsidR="00352D5C" w:rsidRDefault="00352D5C"/>
        </w:tc>
        <w:tc>
          <w:tcPr>
            <w:tcW w:w="1860" w:type="dxa"/>
          </w:tcPr>
          <w:p w14:paraId="152964DD" w14:textId="77777777" w:rsidR="00352D5C" w:rsidRDefault="00352D5C"/>
        </w:tc>
        <w:tc>
          <w:tcPr>
            <w:tcW w:w="1968" w:type="dxa"/>
          </w:tcPr>
          <w:p w14:paraId="700F2FE0" w14:textId="77777777" w:rsidR="00352D5C" w:rsidRDefault="00352D5C"/>
        </w:tc>
      </w:tr>
      <w:tr w:rsidR="00352D5C" w14:paraId="5CDD5482" w14:textId="77777777" w:rsidTr="007D49D3">
        <w:trPr>
          <w:trHeight w:val="272"/>
        </w:trPr>
        <w:tc>
          <w:tcPr>
            <w:tcW w:w="3856" w:type="dxa"/>
          </w:tcPr>
          <w:p w14:paraId="2339014C" w14:textId="77777777" w:rsidR="00352D5C" w:rsidRDefault="007D49D3">
            <w:r>
              <w:t>Epilepsy/seizures</w:t>
            </w:r>
          </w:p>
        </w:tc>
        <w:tc>
          <w:tcPr>
            <w:tcW w:w="1876" w:type="dxa"/>
          </w:tcPr>
          <w:p w14:paraId="5CF37BA7" w14:textId="77777777" w:rsidR="00352D5C" w:rsidRDefault="00352D5C"/>
        </w:tc>
        <w:tc>
          <w:tcPr>
            <w:tcW w:w="1860" w:type="dxa"/>
          </w:tcPr>
          <w:p w14:paraId="03DB949B" w14:textId="77777777" w:rsidR="00352D5C" w:rsidRDefault="00352D5C"/>
        </w:tc>
        <w:tc>
          <w:tcPr>
            <w:tcW w:w="1968" w:type="dxa"/>
          </w:tcPr>
          <w:p w14:paraId="19E0B71B" w14:textId="77777777" w:rsidR="00352D5C" w:rsidRDefault="00352D5C"/>
        </w:tc>
      </w:tr>
      <w:tr w:rsidR="00352D5C" w14:paraId="6F65FFEA" w14:textId="77777777" w:rsidTr="007D49D3">
        <w:trPr>
          <w:trHeight w:val="272"/>
        </w:trPr>
        <w:tc>
          <w:tcPr>
            <w:tcW w:w="3856" w:type="dxa"/>
          </w:tcPr>
          <w:p w14:paraId="31FFE6EE" w14:textId="77777777" w:rsidR="00352D5C" w:rsidRDefault="007D49D3">
            <w:r>
              <w:t>Gastrointestinal complaints</w:t>
            </w:r>
          </w:p>
        </w:tc>
        <w:tc>
          <w:tcPr>
            <w:tcW w:w="1876" w:type="dxa"/>
          </w:tcPr>
          <w:p w14:paraId="414AFAEC" w14:textId="77777777" w:rsidR="00352D5C" w:rsidRDefault="00352D5C"/>
        </w:tc>
        <w:tc>
          <w:tcPr>
            <w:tcW w:w="1860" w:type="dxa"/>
          </w:tcPr>
          <w:p w14:paraId="74890DFE" w14:textId="77777777" w:rsidR="00352D5C" w:rsidRDefault="00352D5C"/>
        </w:tc>
        <w:tc>
          <w:tcPr>
            <w:tcW w:w="1968" w:type="dxa"/>
          </w:tcPr>
          <w:p w14:paraId="48EAB672" w14:textId="77777777" w:rsidR="00352D5C" w:rsidRDefault="00352D5C"/>
        </w:tc>
      </w:tr>
      <w:tr w:rsidR="00352D5C" w14:paraId="1CA570E9" w14:textId="77777777" w:rsidTr="007D49D3">
        <w:trPr>
          <w:trHeight w:val="256"/>
        </w:trPr>
        <w:tc>
          <w:tcPr>
            <w:tcW w:w="3856" w:type="dxa"/>
          </w:tcPr>
          <w:p w14:paraId="37179F4E" w14:textId="77777777" w:rsidR="00352D5C" w:rsidRDefault="007D49D3">
            <w:r>
              <w:t>Liver or kidney problems</w:t>
            </w:r>
          </w:p>
        </w:tc>
        <w:tc>
          <w:tcPr>
            <w:tcW w:w="1876" w:type="dxa"/>
          </w:tcPr>
          <w:p w14:paraId="20475160" w14:textId="77777777" w:rsidR="00352D5C" w:rsidRDefault="00352D5C"/>
        </w:tc>
        <w:tc>
          <w:tcPr>
            <w:tcW w:w="1860" w:type="dxa"/>
          </w:tcPr>
          <w:p w14:paraId="6B0981C6" w14:textId="77777777" w:rsidR="00352D5C" w:rsidRDefault="00352D5C"/>
        </w:tc>
        <w:tc>
          <w:tcPr>
            <w:tcW w:w="1968" w:type="dxa"/>
          </w:tcPr>
          <w:p w14:paraId="66C48815" w14:textId="77777777" w:rsidR="00352D5C" w:rsidRDefault="00352D5C"/>
        </w:tc>
      </w:tr>
      <w:tr w:rsidR="00352D5C" w14:paraId="485DCD4F" w14:textId="77777777" w:rsidTr="007D49D3">
        <w:trPr>
          <w:trHeight w:val="272"/>
        </w:trPr>
        <w:tc>
          <w:tcPr>
            <w:tcW w:w="3856" w:type="dxa"/>
          </w:tcPr>
          <w:p w14:paraId="11E967F9" w14:textId="77777777" w:rsidR="00352D5C" w:rsidRDefault="007D49D3">
            <w:r>
              <w:t>HIV/AIDS</w:t>
            </w:r>
          </w:p>
        </w:tc>
        <w:tc>
          <w:tcPr>
            <w:tcW w:w="1876" w:type="dxa"/>
          </w:tcPr>
          <w:p w14:paraId="42468051" w14:textId="77777777" w:rsidR="00352D5C" w:rsidRDefault="00352D5C"/>
        </w:tc>
        <w:tc>
          <w:tcPr>
            <w:tcW w:w="1860" w:type="dxa"/>
          </w:tcPr>
          <w:p w14:paraId="25B57A7F" w14:textId="77777777" w:rsidR="00352D5C" w:rsidRDefault="00352D5C"/>
        </w:tc>
        <w:tc>
          <w:tcPr>
            <w:tcW w:w="1968" w:type="dxa"/>
          </w:tcPr>
          <w:p w14:paraId="3E291029" w14:textId="77777777" w:rsidR="00352D5C" w:rsidRDefault="00352D5C"/>
        </w:tc>
      </w:tr>
      <w:tr w:rsidR="00352D5C" w14:paraId="203771D5" w14:textId="77777777" w:rsidTr="007D49D3">
        <w:trPr>
          <w:trHeight w:val="272"/>
        </w:trPr>
        <w:tc>
          <w:tcPr>
            <w:tcW w:w="3856" w:type="dxa"/>
          </w:tcPr>
          <w:p w14:paraId="519A366D" w14:textId="77777777" w:rsidR="00352D5C" w:rsidRDefault="007D49D3">
            <w:r>
              <w:t>Immune system condition</w:t>
            </w:r>
          </w:p>
        </w:tc>
        <w:tc>
          <w:tcPr>
            <w:tcW w:w="1876" w:type="dxa"/>
          </w:tcPr>
          <w:p w14:paraId="2426CE90" w14:textId="77777777" w:rsidR="00352D5C" w:rsidRDefault="00352D5C"/>
        </w:tc>
        <w:tc>
          <w:tcPr>
            <w:tcW w:w="1860" w:type="dxa"/>
          </w:tcPr>
          <w:p w14:paraId="7FCF316A" w14:textId="77777777" w:rsidR="00352D5C" w:rsidRDefault="00352D5C"/>
        </w:tc>
        <w:tc>
          <w:tcPr>
            <w:tcW w:w="1968" w:type="dxa"/>
          </w:tcPr>
          <w:p w14:paraId="4AA7BE2C" w14:textId="77777777" w:rsidR="00352D5C" w:rsidRDefault="00352D5C"/>
        </w:tc>
      </w:tr>
      <w:tr w:rsidR="00352D5C" w14:paraId="5129EEE7" w14:textId="77777777" w:rsidTr="007D49D3">
        <w:trPr>
          <w:trHeight w:val="272"/>
        </w:trPr>
        <w:tc>
          <w:tcPr>
            <w:tcW w:w="3856" w:type="dxa"/>
          </w:tcPr>
          <w:p w14:paraId="0A16B5AD" w14:textId="77777777" w:rsidR="00352D5C" w:rsidRDefault="007D49D3">
            <w:r>
              <w:t>Mental health issues</w:t>
            </w:r>
          </w:p>
        </w:tc>
        <w:tc>
          <w:tcPr>
            <w:tcW w:w="1876" w:type="dxa"/>
          </w:tcPr>
          <w:p w14:paraId="2444514A" w14:textId="77777777" w:rsidR="00352D5C" w:rsidRDefault="00352D5C"/>
        </w:tc>
        <w:tc>
          <w:tcPr>
            <w:tcW w:w="1860" w:type="dxa"/>
          </w:tcPr>
          <w:p w14:paraId="6BEF5A7F" w14:textId="77777777" w:rsidR="00352D5C" w:rsidRDefault="00352D5C"/>
        </w:tc>
        <w:tc>
          <w:tcPr>
            <w:tcW w:w="1968" w:type="dxa"/>
          </w:tcPr>
          <w:p w14:paraId="586FB970" w14:textId="77777777" w:rsidR="00352D5C" w:rsidRDefault="00352D5C"/>
        </w:tc>
      </w:tr>
      <w:tr w:rsidR="00352D5C" w14:paraId="3CC32BCC" w14:textId="77777777" w:rsidTr="007D49D3">
        <w:trPr>
          <w:trHeight w:val="272"/>
        </w:trPr>
        <w:tc>
          <w:tcPr>
            <w:tcW w:w="3856" w:type="dxa"/>
          </w:tcPr>
          <w:p w14:paraId="50BEFF5D" w14:textId="77777777" w:rsidR="00352D5C" w:rsidRDefault="007D49D3">
            <w:r>
              <w:t>Neurological illness</w:t>
            </w:r>
          </w:p>
        </w:tc>
        <w:tc>
          <w:tcPr>
            <w:tcW w:w="1876" w:type="dxa"/>
          </w:tcPr>
          <w:p w14:paraId="4A577EC2" w14:textId="77777777" w:rsidR="00352D5C" w:rsidRDefault="00352D5C"/>
        </w:tc>
        <w:tc>
          <w:tcPr>
            <w:tcW w:w="1860" w:type="dxa"/>
          </w:tcPr>
          <w:p w14:paraId="19A6A881" w14:textId="77777777" w:rsidR="00352D5C" w:rsidRDefault="00352D5C"/>
        </w:tc>
        <w:tc>
          <w:tcPr>
            <w:tcW w:w="1968" w:type="dxa"/>
          </w:tcPr>
          <w:p w14:paraId="299B100A" w14:textId="77777777" w:rsidR="00352D5C" w:rsidRDefault="00352D5C"/>
        </w:tc>
      </w:tr>
      <w:tr w:rsidR="00352D5C" w14:paraId="1E1E5020" w14:textId="77777777" w:rsidTr="007D49D3">
        <w:trPr>
          <w:trHeight w:val="272"/>
        </w:trPr>
        <w:tc>
          <w:tcPr>
            <w:tcW w:w="3856" w:type="dxa"/>
          </w:tcPr>
          <w:p w14:paraId="2673F49F" w14:textId="77777777" w:rsidR="00352D5C" w:rsidRDefault="007D49D3">
            <w:r>
              <w:t>Respiratory disease</w:t>
            </w:r>
          </w:p>
        </w:tc>
        <w:tc>
          <w:tcPr>
            <w:tcW w:w="1876" w:type="dxa"/>
          </w:tcPr>
          <w:p w14:paraId="497C447D" w14:textId="77777777" w:rsidR="00352D5C" w:rsidRDefault="00352D5C"/>
        </w:tc>
        <w:tc>
          <w:tcPr>
            <w:tcW w:w="1860" w:type="dxa"/>
          </w:tcPr>
          <w:p w14:paraId="3F5C4940" w14:textId="77777777" w:rsidR="00352D5C" w:rsidRDefault="00352D5C"/>
        </w:tc>
        <w:tc>
          <w:tcPr>
            <w:tcW w:w="1968" w:type="dxa"/>
          </w:tcPr>
          <w:p w14:paraId="5272EDEC" w14:textId="77777777" w:rsidR="00352D5C" w:rsidRDefault="00352D5C"/>
        </w:tc>
      </w:tr>
      <w:tr w:rsidR="00352D5C" w14:paraId="671CEFA7" w14:textId="77777777" w:rsidTr="007D49D3">
        <w:trPr>
          <w:trHeight w:val="272"/>
        </w:trPr>
        <w:tc>
          <w:tcPr>
            <w:tcW w:w="3856" w:type="dxa"/>
          </w:tcPr>
          <w:p w14:paraId="0BF4A9DB" w14:textId="77777777" w:rsidR="00352D5C" w:rsidRDefault="007D49D3">
            <w:r>
              <w:t>Rheumatology conditions</w:t>
            </w:r>
          </w:p>
        </w:tc>
        <w:tc>
          <w:tcPr>
            <w:tcW w:w="1876" w:type="dxa"/>
          </w:tcPr>
          <w:p w14:paraId="4424DBF3" w14:textId="77777777" w:rsidR="00352D5C" w:rsidRDefault="00352D5C"/>
        </w:tc>
        <w:tc>
          <w:tcPr>
            <w:tcW w:w="1860" w:type="dxa"/>
          </w:tcPr>
          <w:p w14:paraId="5516C541" w14:textId="77777777" w:rsidR="00352D5C" w:rsidRDefault="00352D5C"/>
        </w:tc>
        <w:tc>
          <w:tcPr>
            <w:tcW w:w="1968" w:type="dxa"/>
          </w:tcPr>
          <w:p w14:paraId="659A2F7E" w14:textId="77777777" w:rsidR="00352D5C" w:rsidRDefault="00352D5C"/>
        </w:tc>
      </w:tr>
      <w:tr w:rsidR="00352D5C" w14:paraId="7EA1CA17" w14:textId="77777777" w:rsidTr="007D49D3">
        <w:trPr>
          <w:trHeight w:val="256"/>
        </w:trPr>
        <w:tc>
          <w:tcPr>
            <w:tcW w:w="3856" w:type="dxa"/>
          </w:tcPr>
          <w:p w14:paraId="5C22D5AC" w14:textId="77777777" w:rsidR="00352D5C" w:rsidRDefault="007D49D3">
            <w:r>
              <w:t>Spleen problems</w:t>
            </w:r>
          </w:p>
        </w:tc>
        <w:tc>
          <w:tcPr>
            <w:tcW w:w="1876" w:type="dxa"/>
          </w:tcPr>
          <w:p w14:paraId="3F6C18ED" w14:textId="77777777" w:rsidR="00352D5C" w:rsidRDefault="00352D5C"/>
        </w:tc>
        <w:tc>
          <w:tcPr>
            <w:tcW w:w="1860" w:type="dxa"/>
          </w:tcPr>
          <w:p w14:paraId="31051616" w14:textId="77777777" w:rsidR="00352D5C" w:rsidRDefault="00352D5C"/>
        </w:tc>
        <w:tc>
          <w:tcPr>
            <w:tcW w:w="1968" w:type="dxa"/>
          </w:tcPr>
          <w:p w14:paraId="2B2D299A" w14:textId="77777777" w:rsidR="00352D5C" w:rsidRDefault="00352D5C"/>
        </w:tc>
      </w:tr>
      <w:tr w:rsidR="00352D5C" w14:paraId="75DDC415" w14:textId="77777777" w:rsidTr="007D49D3">
        <w:trPr>
          <w:trHeight w:val="272"/>
        </w:trPr>
        <w:tc>
          <w:tcPr>
            <w:tcW w:w="3856" w:type="dxa"/>
          </w:tcPr>
          <w:p w14:paraId="1FD2C9B2" w14:textId="77777777" w:rsidR="00352D5C" w:rsidRDefault="007D49D3">
            <w:r>
              <w:t>Any other conditions</w:t>
            </w:r>
          </w:p>
        </w:tc>
        <w:tc>
          <w:tcPr>
            <w:tcW w:w="1876" w:type="dxa"/>
          </w:tcPr>
          <w:p w14:paraId="74907685" w14:textId="77777777" w:rsidR="00352D5C" w:rsidRDefault="00352D5C"/>
        </w:tc>
        <w:tc>
          <w:tcPr>
            <w:tcW w:w="1860" w:type="dxa"/>
          </w:tcPr>
          <w:p w14:paraId="651FC9BF" w14:textId="77777777" w:rsidR="00352D5C" w:rsidRDefault="00352D5C"/>
        </w:tc>
        <w:tc>
          <w:tcPr>
            <w:tcW w:w="1968" w:type="dxa"/>
          </w:tcPr>
          <w:p w14:paraId="0F8B80ED" w14:textId="77777777" w:rsidR="00352D5C" w:rsidRDefault="00352D5C"/>
        </w:tc>
      </w:tr>
    </w:tbl>
    <w:p w14:paraId="57B85E7A" w14:textId="77777777" w:rsidR="00352D5C" w:rsidRDefault="007D49D3">
      <w:pPr>
        <w:pStyle w:val="Heading2"/>
      </w:pPr>
      <w:r>
        <w:t>Women Only</w:t>
      </w:r>
    </w:p>
    <w:p w14:paraId="570D4A1B" w14:textId="77777777" w:rsidR="00352D5C" w:rsidRDefault="007D49D3">
      <w:r>
        <w:t>Pregnant? Yes / No</w:t>
      </w:r>
    </w:p>
    <w:p w14:paraId="33E0DB34" w14:textId="77777777" w:rsidR="00352D5C" w:rsidRDefault="007D49D3">
      <w:r>
        <w:t>Breastfeeding? Yes / No</w:t>
      </w:r>
    </w:p>
    <w:p w14:paraId="54463B39" w14:textId="77777777" w:rsidR="00352D5C" w:rsidRDefault="007D49D3">
      <w:r>
        <w:t>Planning pregnancy while away? Yes / No</w:t>
      </w:r>
    </w:p>
    <w:p w14:paraId="1048AD0F" w14:textId="77777777" w:rsidR="00352D5C" w:rsidRDefault="007D49D3">
      <w:pPr>
        <w:pStyle w:val="Heading2"/>
      </w:pPr>
      <w:r>
        <w:t>Vaccines / Malaria Tablets Previously Taken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352D5C" w14:paraId="449FC826" w14:textId="77777777">
        <w:tc>
          <w:tcPr>
            <w:tcW w:w="4320" w:type="dxa"/>
          </w:tcPr>
          <w:p w14:paraId="4F23D8D0" w14:textId="77777777" w:rsidR="00352D5C" w:rsidRDefault="007D49D3">
            <w:r>
              <w:t>Vaccine</w:t>
            </w:r>
          </w:p>
        </w:tc>
        <w:tc>
          <w:tcPr>
            <w:tcW w:w="4320" w:type="dxa"/>
          </w:tcPr>
          <w:p w14:paraId="2D417E87" w14:textId="77777777" w:rsidR="00352D5C" w:rsidRDefault="007D49D3">
            <w:r>
              <w:t>Date / Details</w:t>
            </w:r>
          </w:p>
        </w:tc>
      </w:tr>
      <w:tr w:rsidR="00352D5C" w14:paraId="580CBF52" w14:textId="77777777">
        <w:tc>
          <w:tcPr>
            <w:tcW w:w="4320" w:type="dxa"/>
          </w:tcPr>
          <w:p w14:paraId="40CE421B" w14:textId="77777777" w:rsidR="00352D5C" w:rsidRDefault="007D49D3">
            <w:r>
              <w:t>Tetanus/Polio/Diphtheria</w:t>
            </w:r>
          </w:p>
        </w:tc>
        <w:tc>
          <w:tcPr>
            <w:tcW w:w="4320" w:type="dxa"/>
          </w:tcPr>
          <w:p w14:paraId="43CAD9A7" w14:textId="77777777" w:rsidR="00352D5C" w:rsidRDefault="00352D5C"/>
        </w:tc>
      </w:tr>
      <w:tr w:rsidR="00352D5C" w14:paraId="5E6D61B3" w14:textId="77777777">
        <w:tc>
          <w:tcPr>
            <w:tcW w:w="4320" w:type="dxa"/>
          </w:tcPr>
          <w:p w14:paraId="7C149CF4" w14:textId="77777777" w:rsidR="00352D5C" w:rsidRDefault="007D49D3">
            <w:r>
              <w:t>MMR</w:t>
            </w:r>
          </w:p>
        </w:tc>
        <w:tc>
          <w:tcPr>
            <w:tcW w:w="4320" w:type="dxa"/>
          </w:tcPr>
          <w:p w14:paraId="3DD6399F" w14:textId="77777777" w:rsidR="00352D5C" w:rsidRDefault="00352D5C"/>
        </w:tc>
      </w:tr>
      <w:tr w:rsidR="00352D5C" w14:paraId="78B2B62C" w14:textId="77777777">
        <w:tc>
          <w:tcPr>
            <w:tcW w:w="4320" w:type="dxa"/>
          </w:tcPr>
          <w:p w14:paraId="254A012C" w14:textId="77777777" w:rsidR="00352D5C" w:rsidRDefault="007D49D3">
            <w:r>
              <w:t>Influenza</w:t>
            </w:r>
          </w:p>
        </w:tc>
        <w:tc>
          <w:tcPr>
            <w:tcW w:w="4320" w:type="dxa"/>
          </w:tcPr>
          <w:p w14:paraId="231BB31A" w14:textId="77777777" w:rsidR="00352D5C" w:rsidRDefault="00352D5C"/>
        </w:tc>
      </w:tr>
      <w:tr w:rsidR="00352D5C" w14:paraId="71AAA760" w14:textId="77777777">
        <w:tc>
          <w:tcPr>
            <w:tcW w:w="4320" w:type="dxa"/>
          </w:tcPr>
          <w:p w14:paraId="7B03ABFE" w14:textId="77777777" w:rsidR="00352D5C" w:rsidRDefault="007D49D3">
            <w:r>
              <w:t>Typhoid</w:t>
            </w:r>
          </w:p>
        </w:tc>
        <w:tc>
          <w:tcPr>
            <w:tcW w:w="4320" w:type="dxa"/>
          </w:tcPr>
          <w:p w14:paraId="56EA32C6" w14:textId="77777777" w:rsidR="00352D5C" w:rsidRDefault="00352D5C"/>
        </w:tc>
      </w:tr>
      <w:tr w:rsidR="00352D5C" w14:paraId="11D63B7C" w14:textId="77777777">
        <w:tc>
          <w:tcPr>
            <w:tcW w:w="4320" w:type="dxa"/>
          </w:tcPr>
          <w:p w14:paraId="3AE3F8B9" w14:textId="77777777" w:rsidR="00352D5C" w:rsidRDefault="007D49D3">
            <w:r>
              <w:t>Hepatitis A</w:t>
            </w:r>
          </w:p>
        </w:tc>
        <w:tc>
          <w:tcPr>
            <w:tcW w:w="4320" w:type="dxa"/>
          </w:tcPr>
          <w:p w14:paraId="56C9ABF2" w14:textId="77777777" w:rsidR="00352D5C" w:rsidRDefault="00352D5C"/>
        </w:tc>
      </w:tr>
      <w:tr w:rsidR="00352D5C" w14:paraId="75D4DFEB" w14:textId="77777777">
        <w:tc>
          <w:tcPr>
            <w:tcW w:w="4320" w:type="dxa"/>
          </w:tcPr>
          <w:p w14:paraId="62B4ABFB" w14:textId="77777777" w:rsidR="00352D5C" w:rsidRDefault="007D49D3">
            <w:r>
              <w:t>Pneumococcal</w:t>
            </w:r>
          </w:p>
        </w:tc>
        <w:tc>
          <w:tcPr>
            <w:tcW w:w="4320" w:type="dxa"/>
          </w:tcPr>
          <w:p w14:paraId="4836B544" w14:textId="77777777" w:rsidR="00352D5C" w:rsidRDefault="00352D5C"/>
        </w:tc>
      </w:tr>
      <w:tr w:rsidR="00352D5C" w14:paraId="2B05C436" w14:textId="77777777">
        <w:tc>
          <w:tcPr>
            <w:tcW w:w="4320" w:type="dxa"/>
          </w:tcPr>
          <w:p w14:paraId="029F41FF" w14:textId="77777777" w:rsidR="00352D5C" w:rsidRDefault="007D49D3">
            <w:r>
              <w:t>Cholera</w:t>
            </w:r>
          </w:p>
        </w:tc>
        <w:tc>
          <w:tcPr>
            <w:tcW w:w="4320" w:type="dxa"/>
          </w:tcPr>
          <w:p w14:paraId="32B37E6C" w14:textId="77777777" w:rsidR="00352D5C" w:rsidRDefault="00352D5C"/>
        </w:tc>
      </w:tr>
      <w:tr w:rsidR="00352D5C" w14:paraId="27F1AE01" w14:textId="77777777">
        <w:tc>
          <w:tcPr>
            <w:tcW w:w="4320" w:type="dxa"/>
          </w:tcPr>
          <w:p w14:paraId="17452755" w14:textId="77777777" w:rsidR="00352D5C" w:rsidRDefault="007D49D3">
            <w:r>
              <w:t>Hepatitis B</w:t>
            </w:r>
          </w:p>
        </w:tc>
        <w:tc>
          <w:tcPr>
            <w:tcW w:w="4320" w:type="dxa"/>
          </w:tcPr>
          <w:p w14:paraId="5302A7F1" w14:textId="77777777" w:rsidR="00352D5C" w:rsidRDefault="00352D5C"/>
        </w:tc>
      </w:tr>
      <w:tr w:rsidR="00352D5C" w14:paraId="6C6416FB" w14:textId="77777777">
        <w:tc>
          <w:tcPr>
            <w:tcW w:w="4320" w:type="dxa"/>
          </w:tcPr>
          <w:p w14:paraId="7DAD33F3" w14:textId="77777777" w:rsidR="00352D5C" w:rsidRDefault="007D49D3">
            <w:r>
              <w:t>Meningitis</w:t>
            </w:r>
          </w:p>
        </w:tc>
        <w:tc>
          <w:tcPr>
            <w:tcW w:w="4320" w:type="dxa"/>
          </w:tcPr>
          <w:p w14:paraId="78AEFE70" w14:textId="77777777" w:rsidR="00352D5C" w:rsidRDefault="00352D5C"/>
        </w:tc>
      </w:tr>
      <w:tr w:rsidR="00352D5C" w14:paraId="682AC5B6" w14:textId="77777777">
        <w:tc>
          <w:tcPr>
            <w:tcW w:w="4320" w:type="dxa"/>
          </w:tcPr>
          <w:p w14:paraId="56D2849B" w14:textId="77777777" w:rsidR="00352D5C" w:rsidRDefault="007D49D3">
            <w:r>
              <w:t>Rabies</w:t>
            </w:r>
          </w:p>
        </w:tc>
        <w:tc>
          <w:tcPr>
            <w:tcW w:w="4320" w:type="dxa"/>
          </w:tcPr>
          <w:p w14:paraId="65361E06" w14:textId="77777777" w:rsidR="00352D5C" w:rsidRDefault="00352D5C"/>
        </w:tc>
      </w:tr>
      <w:tr w:rsidR="00352D5C" w14:paraId="35EDE778" w14:textId="77777777">
        <w:tc>
          <w:tcPr>
            <w:tcW w:w="4320" w:type="dxa"/>
          </w:tcPr>
          <w:p w14:paraId="4BEFC8C8" w14:textId="77777777" w:rsidR="00352D5C" w:rsidRDefault="007D49D3">
            <w:r>
              <w:t>Japanese Encephalitis</w:t>
            </w:r>
          </w:p>
        </w:tc>
        <w:tc>
          <w:tcPr>
            <w:tcW w:w="4320" w:type="dxa"/>
          </w:tcPr>
          <w:p w14:paraId="48F68F8D" w14:textId="77777777" w:rsidR="00352D5C" w:rsidRDefault="00352D5C"/>
        </w:tc>
      </w:tr>
      <w:tr w:rsidR="00352D5C" w14:paraId="1AC3D013" w14:textId="77777777">
        <w:tc>
          <w:tcPr>
            <w:tcW w:w="4320" w:type="dxa"/>
          </w:tcPr>
          <w:p w14:paraId="02D5B8DE" w14:textId="77777777" w:rsidR="00352D5C" w:rsidRDefault="007D49D3">
            <w:r>
              <w:t>Tick Borne Encephalitis</w:t>
            </w:r>
          </w:p>
        </w:tc>
        <w:tc>
          <w:tcPr>
            <w:tcW w:w="4320" w:type="dxa"/>
          </w:tcPr>
          <w:p w14:paraId="5C21E10E" w14:textId="77777777" w:rsidR="00352D5C" w:rsidRDefault="00352D5C"/>
        </w:tc>
      </w:tr>
      <w:tr w:rsidR="00352D5C" w14:paraId="1F1B36A7" w14:textId="77777777">
        <w:tc>
          <w:tcPr>
            <w:tcW w:w="4320" w:type="dxa"/>
          </w:tcPr>
          <w:p w14:paraId="6512284A" w14:textId="77777777" w:rsidR="00352D5C" w:rsidRDefault="007D49D3">
            <w:r>
              <w:t>Yellow Fever</w:t>
            </w:r>
          </w:p>
        </w:tc>
        <w:tc>
          <w:tcPr>
            <w:tcW w:w="4320" w:type="dxa"/>
          </w:tcPr>
          <w:p w14:paraId="04A0925A" w14:textId="77777777" w:rsidR="00352D5C" w:rsidRDefault="00352D5C"/>
        </w:tc>
      </w:tr>
      <w:tr w:rsidR="00352D5C" w14:paraId="1E690515" w14:textId="77777777">
        <w:tc>
          <w:tcPr>
            <w:tcW w:w="4320" w:type="dxa"/>
          </w:tcPr>
          <w:p w14:paraId="720C61BB" w14:textId="77777777" w:rsidR="00352D5C" w:rsidRDefault="007D49D3">
            <w:r>
              <w:t>BCG</w:t>
            </w:r>
          </w:p>
        </w:tc>
        <w:tc>
          <w:tcPr>
            <w:tcW w:w="4320" w:type="dxa"/>
          </w:tcPr>
          <w:p w14:paraId="600E448F" w14:textId="77777777" w:rsidR="00352D5C" w:rsidRDefault="00352D5C"/>
        </w:tc>
      </w:tr>
      <w:tr w:rsidR="00352D5C" w14:paraId="0B64CFB1" w14:textId="77777777">
        <w:tc>
          <w:tcPr>
            <w:tcW w:w="4320" w:type="dxa"/>
          </w:tcPr>
          <w:p w14:paraId="3DF4B605" w14:textId="77777777" w:rsidR="00352D5C" w:rsidRDefault="007D49D3">
            <w:r>
              <w:t>Other</w:t>
            </w:r>
          </w:p>
        </w:tc>
        <w:tc>
          <w:tcPr>
            <w:tcW w:w="4320" w:type="dxa"/>
          </w:tcPr>
          <w:p w14:paraId="6FF7AAEA" w14:textId="77777777" w:rsidR="00352D5C" w:rsidRDefault="00352D5C"/>
        </w:tc>
      </w:tr>
      <w:tr w:rsidR="00352D5C" w14:paraId="56A6D220" w14:textId="77777777">
        <w:tc>
          <w:tcPr>
            <w:tcW w:w="4320" w:type="dxa"/>
          </w:tcPr>
          <w:p w14:paraId="3580765E" w14:textId="77777777" w:rsidR="00352D5C" w:rsidRDefault="007D49D3">
            <w:r>
              <w:lastRenderedPageBreak/>
              <w:t>Malaria tablets</w:t>
            </w:r>
          </w:p>
        </w:tc>
        <w:tc>
          <w:tcPr>
            <w:tcW w:w="4320" w:type="dxa"/>
          </w:tcPr>
          <w:p w14:paraId="1C49CF6A" w14:textId="77777777" w:rsidR="00352D5C" w:rsidRDefault="00352D5C"/>
        </w:tc>
      </w:tr>
    </w:tbl>
    <w:p w14:paraId="58D7ED71" w14:textId="77777777" w:rsidR="00352D5C" w:rsidRDefault="007D49D3">
      <w:r>
        <w:br w:type="page"/>
      </w:r>
    </w:p>
    <w:p w14:paraId="6EBCDD64" w14:textId="77777777" w:rsidR="00352D5C" w:rsidRDefault="007D49D3">
      <w:pPr>
        <w:pStyle w:val="Heading1"/>
      </w:pPr>
      <w:r>
        <w:lastRenderedPageBreak/>
        <w:t>Form B - For Health Professional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7"/>
        <w:gridCol w:w="4313"/>
      </w:tblGrid>
      <w:tr w:rsidR="00352D5C" w14:paraId="2966B8A1" w14:textId="77777777">
        <w:tc>
          <w:tcPr>
            <w:tcW w:w="4320" w:type="dxa"/>
          </w:tcPr>
          <w:p w14:paraId="5E864142" w14:textId="77777777" w:rsidR="00352D5C" w:rsidRDefault="007D49D3">
            <w:r>
              <w:t>Patient Name</w:t>
            </w:r>
          </w:p>
        </w:tc>
        <w:tc>
          <w:tcPr>
            <w:tcW w:w="4320" w:type="dxa"/>
          </w:tcPr>
          <w:p w14:paraId="5F826B99" w14:textId="77777777" w:rsidR="00352D5C" w:rsidRDefault="00352D5C"/>
        </w:tc>
      </w:tr>
      <w:tr w:rsidR="00352D5C" w14:paraId="33A6FCFC" w14:textId="77777777">
        <w:tc>
          <w:tcPr>
            <w:tcW w:w="4320" w:type="dxa"/>
          </w:tcPr>
          <w:p w14:paraId="64C5CF7A" w14:textId="77777777" w:rsidR="00352D5C" w:rsidRDefault="007D49D3">
            <w:r>
              <w:t>Date of Birth</w:t>
            </w:r>
          </w:p>
        </w:tc>
        <w:tc>
          <w:tcPr>
            <w:tcW w:w="4320" w:type="dxa"/>
          </w:tcPr>
          <w:p w14:paraId="13B5771B" w14:textId="77777777" w:rsidR="00352D5C" w:rsidRDefault="00352D5C"/>
        </w:tc>
      </w:tr>
      <w:tr w:rsidR="00352D5C" w14:paraId="78DF6E53" w14:textId="77777777">
        <w:tc>
          <w:tcPr>
            <w:tcW w:w="4320" w:type="dxa"/>
          </w:tcPr>
          <w:p w14:paraId="28440F8A" w14:textId="77777777" w:rsidR="00352D5C" w:rsidRDefault="007D49D3">
            <w:r>
              <w:t>Childhood Immunisation History Checked</w:t>
            </w:r>
          </w:p>
        </w:tc>
        <w:tc>
          <w:tcPr>
            <w:tcW w:w="4320" w:type="dxa"/>
          </w:tcPr>
          <w:p w14:paraId="5614D941" w14:textId="77777777" w:rsidR="00352D5C" w:rsidRDefault="00352D5C"/>
        </w:tc>
      </w:tr>
      <w:tr w:rsidR="00352D5C" w14:paraId="6557AECE" w14:textId="77777777">
        <w:tc>
          <w:tcPr>
            <w:tcW w:w="4320" w:type="dxa"/>
          </w:tcPr>
          <w:p w14:paraId="2E984C95" w14:textId="77777777" w:rsidR="00352D5C" w:rsidRDefault="007D49D3">
            <w:r>
              <w:t>Travel Vaccine Database Consulted (NaTHNaC/TRAVAX/Other)</w:t>
            </w:r>
          </w:p>
        </w:tc>
        <w:tc>
          <w:tcPr>
            <w:tcW w:w="4320" w:type="dxa"/>
          </w:tcPr>
          <w:p w14:paraId="23BEAF4C" w14:textId="77777777" w:rsidR="00352D5C" w:rsidRDefault="00352D5C"/>
        </w:tc>
      </w:tr>
      <w:tr w:rsidR="00352D5C" w14:paraId="55AE7ACE" w14:textId="77777777">
        <w:tc>
          <w:tcPr>
            <w:tcW w:w="4320" w:type="dxa"/>
          </w:tcPr>
          <w:p w14:paraId="6FD9F784" w14:textId="77777777" w:rsidR="00352D5C" w:rsidRDefault="007D49D3">
            <w:r>
              <w:t>Additional Information</w:t>
            </w:r>
          </w:p>
        </w:tc>
        <w:tc>
          <w:tcPr>
            <w:tcW w:w="4320" w:type="dxa"/>
          </w:tcPr>
          <w:p w14:paraId="17F96543" w14:textId="77777777" w:rsidR="00352D5C" w:rsidRDefault="00352D5C"/>
        </w:tc>
      </w:tr>
      <w:tr w:rsidR="00352D5C" w14:paraId="7B1DCE1F" w14:textId="77777777">
        <w:tc>
          <w:tcPr>
            <w:tcW w:w="4320" w:type="dxa"/>
          </w:tcPr>
          <w:p w14:paraId="21AA04E8" w14:textId="77777777" w:rsidR="00352D5C" w:rsidRDefault="007D49D3">
            <w:r>
              <w:t>Malaria Recommendation</w:t>
            </w:r>
          </w:p>
        </w:tc>
        <w:tc>
          <w:tcPr>
            <w:tcW w:w="4320" w:type="dxa"/>
          </w:tcPr>
          <w:p w14:paraId="128B0A7B" w14:textId="77777777" w:rsidR="00352D5C" w:rsidRDefault="00352D5C"/>
        </w:tc>
      </w:tr>
    </w:tbl>
    <w:p w14:paraId="4179795E" w14:textId="77777777" w:rsidR="00352D5C" w:rsidRDefault="007D49D3">
      <w:r>
        <w:t>Disease protection advised and travel advice provided: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352D5C" w14:paraId="6F044149" w14:textId="77777777">
        <w:tc>
          <w:tcPr>
            <w:tcW w:w="4320" w:type="dxa"/>
          </w:tcPr>
          <w:p w14:paraId="6C31D999" w14:textId="77777777" w:rsidR="00352D5C" w:rsidRDefault="007D49D3">
            <w:r>
              <w:t>Vaccine/Advice</w:t>
            </w:r>
          </w:p>
        </w:tc>
        <w:tc>
          <w:tcPr>
            <w:tcW w:w="4320" w:type="dxa"/>
          </w:tcPr>
          <w:p w14:paraId="4F75A33D" w14:textId="77777777" w:rsidR="00352D5C" w:rsidRDefault="007D49D3">
            <w:r>
              <w:t>Recommended / Given</w:t>
            </w:r>
          </w:p>
        </w:tc>
      </w:tr>
      <w:tr w:rsidR="00352D5C" w14:paraId="16936599" w14:textId="77777777">
        <w:tc>
          <w:tcPr>
            <w:tcW w:w="4320" w:type="dxa"/>
          </w:tcPr>
          <w:p w14:paraId="11497D77" w14:textId="77777777" w:rsidR="00352D5C" w:rsidRDefault="007D49D3">
            <w:r>
              <w:t>BCG</w:t>
            </w:r>
          </w:p>
        </w:tc>
        <w:tc>
          <w:tcPr>
            <w:tcW w:w="4320" w:type="dxa"/>
          </w:tcPr>
          <w:p w14:paraId="4B5F0018" w14:textId="77777777" w:rsidR="00352D5C" w:rsidRDefault="00352D5C"/>
        </w:tc>
      </w:tr>
      <w:tr w:rsidR="00352D5C" w14:paraId="5DD8FD50" w14:textId="77777777">
        <w:tc>
          <w:tcPr>
            <w:tcW w:w="4320" w:type="dxa"/>
          </w:tcPr>
          <w:p w14:paraId="2FAD5FFF" w14:textId="77777777" w:rsidR="00352D5C" w:rsidRDefault="007D49D3">
            <w:r>
              <w:t>Cholera</w:t>
            </w:r>
          </w:p>
        </w:tc>
        <w:tc>
          <w:tcPr>
            <w:tcW w:w="4320" w:type="dxa"/>
          </w:tcPr>
          <w:p w14:paraId="29488311" w14:textId="77777777" w:rsidR="00352D5C" w:rsidRDefault="00352D5C"/>
        </w:tc>
      </w:tr>
      <w:tr w:rsidR="00352D5C" w14:paraId="78928D7C" w14:textId="77777777">
        <w:tc>
          <w:tcPr>
            <w:tcW w:w="4320" w:type="dxa"/>
          </w:tcPr>
          <w:p w14:paraId="687AD39B" w14:textId="77777777" w:rsidR="00352D5C" w:rsidRDefault="007D49D3">
            <w:r>
              <w:t>DTP</w:t>
            </w:r>
          </w:p>
        </w:tc>
        <w:tc>
          <w:tcPr>
            <w:tcW w:w="4320" w:type="dxa"/>
          </w:tcPr>
          <w:p w14:paraId="4B14D094" w14:textId="77777777" w:rsidR="00352D5C" w:rsidRDefault="00352D5C"/>
        </w:tc>
      </w:tr>
      <w:tr w:rsidR="00352D5C" w14:paraId="3300DE20" w14:textId="77777777">
        <w:tc>
          <w:tcPr>
            <w:tcW w:w="4320" w:type="dxa"/>
          </w:tcPr>
          <w:p w14:paraId="294AD871" w14:textId="77777777" w:rsidR="00352D5C" w:rsidRDefault="007D49D3">
            <w:r>
              <w:t>Hepatitis A</w:t>
            </w:r>
          </w:p>
        </w:tc>
        <w:tc>
          <w:tcPr>
            <w:tcW w:w="4320" w:type="dxa"/>
          </w:tcPr>
          <w:p w14:paraId="375E2D69" w14:textId="77777777" w:rsidR="00352D5C" w:rsidRDefault="00352D5C"/>
        </w:tc>
      </w:tr>
      <w:tr w:rsidR="00352D5C" w14:paraId="738848E6" w14:textId="77777777">
        <w:tc>
          <w:tcPr>
            <w:tcW w:w="4320" w:type="dxa"/>
          </w:tcPr>
          <w:p w14:paraId="43564851" w14:textId="77777777" w:rsidR="00352D5C" w:rsidRDefault="007D49D3">
            <w:r>
              <w:t>Hepatitis B</w:t>
            </w:r>
          </w:p>
        </w:tc>
        <w:tc>
          <w:tcPr>
            <w:tcW w:w="4320" w:type="dxa"/>
          </w:tcPr>
          <w:p w14:paraId="60212B55" w14:textId="77777777" w:rsidR="00352D5C" w:rsidRDefault="00352D5C"/>
        </w:tc>
      </w:tr>
      <w:tr w:rsidR="00352D5C" w14:paraId="34CBFBD8" w14:textId="77777777">
        <w:tc>
          <w:tcPr>
            <w:tcW w:w="4320" w:type="dxa"/>
          </w:tcPr>
          <w:p w14:paraId="4E618468" w14:textId="77777777" w:rsidR="00352D5C" w:rsidRDefault="007D49D3">
            <w:r>
              <w:t>Hep A+B</w:t>
            </w:r>
          </w:p>
        </w:tc>
        <w:tc>
          <w:tcPr>
            <w:tcW w:w="4320" w:type="dxa"/>
          </w:tcPr>
          <w:p w14:paraId="0E217681" w14:textId="77777777" w:rsidR="00352D5C" w:rsidRDefault="00352D5C"/>
        </w:tc>
      </w:tr>
      <w:tr w:rsidR="00352D5C" w14:paraId="4A5F9D7E" w14:textId="77777777">
        <w:tc>
          <w:tcPr>
            <w:tcW w:w="4320" w:type="dxa"/>
          </w:tcPr>
          <w:p w14:paraId="1089642A" w14:textId="77777777" w:rsidR="00352D5C" w:rsidRDefault="007D49D3">
            <w:r>
              <w:t>Hep A + Typhoid</w:t>
            </w:r>
          </w:p>
        </w:tc>
        <w:tc>
          <w:tcPr>
            <w:tcW w:w="4320" w:type="dxa"/>
          </w:tcPr>
          <w:p w14:paraId="01D458CF" w14:textId="77777777" w:rsidR="00352D5C" w:rsidRDefault="00352D5C"/>
        </w:tc>
      </w:tr>
      <w:tr w:rsidR="00352D5C" w14:paraId="7DCC1B5D" w14:textId="77777777">
        <w:tc>
          <w:tcPr>
            <w:tcW w:w="4320" w:type="dxa"/>
          </w:tcPr>
          <w:p w14:paraId="5129CFA1" w14:textId="77777777" w:rsidR="00352D5C" w:rsidRDefault="007D49D3">
            <w:r>
              <w:t>Influenza</w:t>
            </w:r>
          </w:p>
        </w:tc>
        <w:tc>
          <w:tcPr>
            <w:tcW w:w="4320" w:type="dxa"/>
          </w:tcPr>
          <w:p w14:paraId="4C0F30B3" w14:textId="77777777" w:rsidR="00352D5C" w:rsidRDefault="00352D5C"/>
        </w:tc>
      </w:tr>
      <w:tr w:rsidR="00352D5C" w14:paraId="32C0B7A0" w14:textId="77777777">
        <w:tc>
          <w:tcPr>
            <w:tcW w:w="4320" w:type="dxa"/>
          </w:tcPr>
          <w:p w14:paraId="1A42C4E9" w14:textId="77777777" w:rsidR="00352D5C" w:rsidRDefault="007D49D3">
            <w:r>
              <w:t>MenACWY</w:t>
            </w:r>
          </w:p>
        </w:tc>
        <w:tc>
          <w:tcPr>
            <w:tcW w:w="4320" w:type="dxa"/>
          </w:tcPr>
          <w:p w14:paraId="0E88D785" w14:textId="77777777" w:rsidR="00352D5C" w:rsidRDefault="00352D5C"/>
        </w:tc>
      </w:tr>
      <w:tr w:rsidR="00352D5C" w14:paraId="232EE594" w14:textId="77777777">
        <w:tc>
          <w:tcPr>
            <w:tcW w:w="4320" w:type="dxa"/>
          </w:tcPr>
          <w:p w14:paraId="26513258" w14:textId="77777777" w:rsidR="00352D5C" w:rsidRDefault="007D49D3">
            <w:r>
              <w:t>MMR</w:t>
            </w:r>
          </w:p>
        </w:tc>
        <w:tc>
          <w:tcPr>
            <w:tcW w:w="4320" w:type="dxa"/>
          </w:tcPr>
          <w:p w14:paraId="14051CCF" w14:textId="77777777" w:rsidR="00352D5C" w:rsidRDefault="00352D5C"/>
        </w:tc>
      </w:tr>
      <w:tr w:rsidR="00352D5C" w14:paraId="66E99D69" w14:textId="77777777">
        <w:tc>
          <w:tcPr>
            <w:tcW w:w="4320" w:type="dxa"/>
          </w:tcPr>
          <w:p w14:paraId="592A10F7" w14:textId="77777777" w:rsidR="00352D5C" w:rsidRDefault="007D49D3">
            <w:r>
              <w:t>Rabies</w:t>
            </w:r>
          </w:p>
        </w:tc>
        <w:tc>
          <w:tcPr>
            <w:tcW w:w="4320" w:type="dxa"/>
          </w:tcPr>
          <w:p w14:paraId="3DD9C865" w14:textId="77777777" w:rsidR="00352D5C" w:rsidRDefault="00352D5C"/>
        </w:tc>
      </w:tr>
      <w:tr w:rsidR="00352D5C" w14:paraId="240DEEFF" w14:textId="77777777">
        <w:tc>
          <w:tcPr>
            <w:tcW w:w="4320" w:type="dxa"/>
          </w:tcPr>
          <w:p w14:paraId="2B48B35E" w14:textId="77777777" w:rsidR="00352D5C" w:rsidRDefault="007D49D3">
            <w:r>
              <w:t>TBE</w:t>
            </w:r>
          </w:p>
        </w:tc>
        <w:tc>
          <w:tcPr>
            <w:tcW w:w="4320" w:type="dxa"/>
          </w:tcPr>
          <w:p w14:paraId="1F15D80B" w14:textId="77777777" w:rsidR="00352D5C" w:rsidRDefault="00352D5C"/>
        </w:tc>
      </w:tr>
      <w:tr w:rsidR="00352D5C" w14:paraId="3C474ADB" w14:textId="77777777">
        <w:tc>
          <w:tcPr>
            <w:tcW w:w="4320" w:type="dxa"/>
          </w:tcPr>
          <w:p w14:paraId="45966DAD" w14:textId="77777777" w:rsidR="00352D5C" w:rsidRDefault="007D49D3">
            <w:r>
              <w:t>Typhoid</w:t>
            </w:r>
          </w:p>
        </w:tc>
        <w:tc>
          <w:tcPr>
            <w:tcW w:w="4320" w:type="dxa"/>
          </w:tcPr>
          <w:p w14:paraId="36FA52CD" w14:textId="77777777" w:rsidR="00352D5C" w:rsidRDefault="00352D5C"/>
        </w:tc>
      </w:tr>
    </w:tbl>
    <w:p w14:paraId="160F78DF" w14:textId="77777777" w:rsidR="00352D5C" w:rsidRDefault="007D49D3">
      <w:r>
        <w:t>Clinician Signature: _____________________   Date: ______________</w:t>
      </w:r>
    </w:p>
    <w:sectPr w:rsidR="00352D5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40711766">
    <w:abstractNumId w:val="8"/>
  </w:num>
  <w:num w:numId="2" w16cid:durableId="2131900970">
    <w:abstractNumId w:val="6"/>
  </w:num>
  <w:num w:numId="3" w16cid:durableId="22631147">
    <w:abstractNumId w:val="5"/>
  </w:num>
  <w:num w:numId="4" w16cid:durableId="494301644">
    <w:abstractNumId w:val="4"/>
  </w:num>
  <w:num w:numId="5" w16cid:durableId="846291468">
    <w:abstractNumId w:val="7"/>
  </w:num>
  <w:num w:numId="6" w16cid:durableId="907885320">
    <w:abstractNumId w:val="3"/>
  </w:num>
  <w:num w:numId="7" w16cid:durableId="1027218937">
    <w:abstractNumId w:val="2"/>
  </w:num>
  <w:num w:numId="8" w16cid:durableId="1296911441">
    <w:abstractNumId w:val="1"/>
  </w:num>
  <w:num w:numId="9" w16cid:durableId="206944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52D5C"/>
    <w:rsid w:val="007D49D3"/>
    <w:rsid w:val="00AA1D8D"/>
    <w:rsid w:val="00B47730"/>
    <w:rsid w:val="00CB0664"/>
    <w:rsid w:val="00D6673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8445DE"/>
  <w14:defaultImageDpi w14:val="300"/>
  <w15:docId w15:val="{825E4942-922F-4D50-B221-744A1FC5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Shakthi Murugesh</dc:creator>
  <cp:keywords/>
  <dc:description>generated by python-docx</dc:description>
  <cp:lastModifiedBy>Shakthi Murugesh</cp:lastModifiedBy>
  <cp:revision>2</cp:revision>
  <dcterms:created xsi:type="dcterms:W3CDTF">2026-08-11T12:55:00Z</dcterms:created>
  <dcterms:modified xsi:type="dcterms:W3CDTF">2026-08-11T12:55:00Z</dcterms:modified>
  <cp:category/>
</cp:coreProperties>
</file>